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F4206" w14:textId="0654A3EB" w:rsidR="00EF09B5" w:rsidRPr="00EF09B5" w:rsidRDefault="0027765E" w:rsidP="00EF09B5">
      <w:pPr>
        <w:spacing w:before="120" w:after="120"/>
        <w:rPr>
          <w:rFonts w:ascii="Roboto Condensed" w:hAnsi="Roboto Condensed"/>
          <w:b/>
          <w:color w:val="000000"/>
          <w:sz w:val="42"/>
        </w:rPr>
      </w:pPr>
      <w:r w:rsidRPr="00EF09B5">
        <w:rPr>
          <w:rFonts w:ascii="Roboto Condensed" w:hAnsi="Roboto Condensed"/>
          <w:b/>
          <w:color w:val="000000"/>
          <w:sz w:val="42"/>
        </w:rPr>
        <w:t>FALL 2026 PEER ADVISOR SCHEDUL</w:t>
      </w:r>
      <w:r w:rsidR="00EF09B5" w:rsidRPr="00EF09B5">
        <w:rPr>
          <w:rFonts w:ascii="Roboto Condensed" w:hAnsi="Roboto Condensed"/>
          <w:b/>
          <w:color w:val="000000"/>
          <w:sz w:val="42"/>
        </w:rPr>
        <w:t>E: BY MAJOR</w:t>
      </w:r>
    </w:p>
    <w:p w14:paraId="767760CE" w14:textId="77777777" w:rsidR="001D0ADE" w:rsidRDefault="0027765E">
      <w:pPr>
        <w:keepNext/>
        <w:shd w:val="clear" w:color="auto" w:fill="FFCD00"/>
        <w:spacing w:before="20" w:after="30"/>
      </w:pPr>
      <w:r>
        <w:rPr>
          <w:rFonts w:ascii="Roboto Condensed" w:hAnsi="Roboto Condensed"/>
          <w:b/>
          <w:color w:val="000000"/>
          <w:sz w:val="21"/>
        </w:rPr>
        <w:t xml:space="preserve">  BIOMEDICAL ENGINEERING (BME)  </w:t>
      </w:r>
    </w:p>
    <w:p w14:paraId="5CC9BCA4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Monday: 10:25am–11:25am and 2:00pm–3:00pm</w:t>
      </w:r>
    </w:p>
    <w:p w14:paraId="4256B885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Tuesday: 9:00am–11:00am</w:t>
      </w:r>
    </w:p>
    <w:p w14:paraId="13F19119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Wednesday: 10:25am–11:25am and 12:30pm–1:25pm</w:t>
      </w:r>
    </w:p>
    <w:p w14:paraId="35582A33" w14:textId="1E49DFEC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Thursday: 9:00am–1</w:t>
      </w:r>
      <w:r w:rsidR="00B7615C">
        <w:rPr>
          <w:color w:val="000000"/>
        </w:rPr>
        <w:t>1</w:t>
      </w:r>
      <w:r w:rsidRPr="00EF09B5">
        <w:rPr>
          <w:color w:val="000000"/>
        </w:rPr>
        <w:t>:00am and 1:00pm–3:00pm</w:t>
      </w:r>
    </w:p>
    <w:p w14:paraId="1257B043" w14:textId="77777777" w:rsidR="001D0ADE" w:rsidRDefault="0027765E">
      <w:pPr>
        <w:spacing w:after="6"/>
        <w:ind w:left="317" w:hanging="202"/>
        <w:rPr>
          <w:color w:val="000000"/>
        </w:rPr>
      </w:pPr>
      <w:r w:rsidRPr="00EF09B5">
        <w:rPr>
          <w:color w:val="000000"/>
        </w:rPr>
        <w:t>•  Friday: 9:25am–11:25am</w:t>
      </w:r>
    </w:p>
    <w:p w14:paraId="12CC9E0B" w14:textId="77777777" w:rsidR="00EF09B5" w:rsidRPr="00EF09B5" w:rsidRDefault="00EF09B5">
      <w:pPr>
        <w:spacing w:after="6"/>
        <w:ind w:left="317" w:hanging="202"/>
        <w:rPr>
          <w:sz w:val="6"/>
          <w:szCs w:val="8"/>
        </w:rPr>
      </w:pPr>
    </w:p>
    <w:p w14:paraId="4911A3A0" w14:textId="77777777" w:rsidR="001D0ADE" w:rsidRDefault="0027765E">
      <w:pPr>
        <w:keepNext/>
        <w:shd w:val="clear" w:color="auto" w:fill="FFCD00"/>
        <w:spacing w:before="80" w:after="30"/>
      </w:pPr>
      <w:r>
        <w:rPr>
          <w:rFonts w:ascii="Roboto Condensed" w:hAnsi="Roboto Condensed"/>
          <w:b/>
          <w:color w:val="000000"/>
          <w:sz w:val="21"/>
        </w:rPr>
        <w:t xml:space="preserve">  CHEMICAL ENGINEERING (CBE)  </w:t>
      </w:r>
    </w:p>
    <w:p w14:paraId="44BF0E30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Monday: 1:25pm–2:25pm</w:t>
      </w:r>
    </w:p>
    <w:p w14:paraId="709011D7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Tuesday: 11:00am–12:00pm</w:t>
      </w:r>
    </w:p>
    <w:p w14:paraId="62094D1B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Wednesday: 11:00am–12:00pm</w:t>
      </w:r>
    </w:p>
    <w:p w14:paraId="19DFE325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 xml:space="preserve">•  Thursday: </w:t>
      </w:r>
      <w:r w:rsidRPr="00EF09B5">
        <w:rPr>
          <w:i/>
          <w:color w:val="63666A"/>
        </w:rPr>
        <w:t>No scheduled hours</w:t>
      </w:r>
    </w:p>
    <w:p w14:paraId="3D19D038" w14:textId="77777777" w:rsidR="001D0ADE" w:rsidRDefault="0027765E">
      <w:pPr>
        <w:spacing w:after="6"/>
        <w:ind w:left="317" w:hanging="202"/>
        <w:rPr>
          <w:i/>
          <w:color w:val="63666A"/>
        </w:rPr>
      </w:pPr>
      <w:r w:rsidRPr="00EF09B5">
        <w:rPr>
          <w:color w:val="000000"/>
        </w:rPr>
        <w:t xml:space="preserve">•  Friday: </w:t>
      </w:r>
      <w:r w:rsidRPr="00EF09B5">
        <w:rPr>
          <w:i/>
          <w:color w:val="63666A"/>
        </w:rPr>
        <w:t>No scheduled hours</w:t>
      </w:r>
    </w:p>
    <w:p w14:paraId="44A2E499" w14:textId="77777777" w:rsidR="00EF09B5" w:rsidRPr="00EF09B5" w:rsidRDefault="00EF09B5">
      <w:pPr>
        <w:spacing w:after="6"/>
        <w:ind w:left="317" w:hanging="202"/>
        <w:rPr>
          <w:sz w:val="6"/>
          <w:szCs w:val="8"/>
        </w:rPr>
      </w:pPr>
    </w:p>
    <w:p w14:paraId="2255BCA7" w14:textId="77777777" w:rsidR="001D0ADE" w:rsidRDefault="0027765E">
      <w:pPr>
        <w:keepNext/>
        <w:shd w:val="clear" w:color="auto" w:fill="FFCD00"/>
        <w:spacing w:before="80" w:after="30"/>
      </w:pPr>
      <w:r>
        <w:rPr>
          <w:rFonts w:ascii="Roboto Condensed" w:hAnsi="Roboto Condensed"/>
          <w:b/>
          <w:color w:val="000000"/>
          <w:sz w:val="21"/>
        </w:rPr>
        <w:t xml:space="preserve">  CIVIL ENGINEERING (CEE)  </w:t>
      </w:r>
    </w:p>
    <w:p w14:paraId="4E331102" w14:textId="7E50C48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Monday: 10:</w:t>
      </w:r>
      <w:r w:rsidR="001274BD">
        <w:rPr>
          <w:color w:val="000000"/>
        </w:rPr>
        <w:t>25</w:t>
      </w:r>
      <w:r w:rsidRPr="00EF09B5">
        <w:rPr>
          <w:color w:val="000000"/>
        </w:rPr>
        <w:t>am–</w:t>
      </w:r>
      <w:r w:rsidR="001274BD">
        <w:rPr>
          <w:color w:val="000000"/>
        </w:rPr>
        <w:t>12:00pm</w:t>
      </w:r>
    </w:p>
    <w:p w14:paraId="1820585D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 xml:space="preserve">•  Tuesday: </w:t>
      </w:r>
      <w:r w:rsidRPr="00EF09B5">
        <w:rPr>
          <w:i/>
          <w:color w:val="63666A"/>
        </w:rPr>
        <w:t>No scheduled hours</w:t>
      </w:r>
    </w:p>
    <w:p w14:paraId="2BEAAB13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Wednesday: 9:25am–10:25am and 1:25pm–2:25pm</w:t>
      </w:r>
    </w:p>
    <w:p w14:paraId="64B1AFB9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 xml:space="preserve">•  Thursday: </w:t>
      </w:r>
      <w:r w:rsidRPr="00EF09B5">
        <w:rPr>
          <w:i/>
          <w:color w:val="63666A"/>
        </w:rPr>
        <w:t>No scheduled hours</w:t>
      </w:r>
    </w:p>
    <w:p w14:paraId="0FAF326A" w14:textId="77777777" w:rsidR="001D0ADE" w:rsidRDefault="0027765E">
      <w:pPr>
        <w:spacing w:after="6"/>
        <w:ind w:left="317" w:hanging="202"/>
        <w:rPr>
          <w:color w:val="000000"/>
        </w:rPr>
      </w:pPr>
      <w:r w:rsidRPr="00EF09B5">
        <w:rPr>
          <w:color w:val="000000"/>
        </w:rPr>
        <w:t>•  Friday: 10:00am–11:25am</w:t>
      </w:r>
    </w:p>
    <w:p w14:paraId="0683AB12" w14:textId="77777777" w:rsidR="00EF09B5" w:rsidRPr="00EF09B5" w:rsidRDefault="00EF09B5">
      <w:pPr>
        <w:spacing w:after="6"/>
        <w:ind w:left="317" w:hanging="202"/>
        <w:rPr>
          <w:sz w:val="6"/>
          <w:szCs w:val="8"/>
        </w:rPr>
      </w:pPr>
    </w:p>
    <w:p w14:paraId="4F2DB6B1" w14:textId="77777777" w:rsidR="001D0ADE" w:rsidRDefault="0027765E">
      <w:pPr>
        <w:keepNext/>
        <w:shd w:val="clear" w:color="auto" w:fill="FFCD00"/>
        <w:spacing w:before="80" w:after="30"/>
      </w:pPr>
      <w:r>
        <w:rPr>
          <w:rFonts w:ascii="Roboto Condensed" w:hAnsi="Roboto Condensed"/>
          <w:b/>
          <w:color w:val="000000"/>
          <w:sz w:val="21"/>
        </w:rPr>
        <w:t xml:space="preserve">  COMPUTER SCIENCE AND ENGINEERING (CSE)  </w:t>
      </w:r>
    </w:p>
    <w:p w14:paraId="27C68842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Monday: 9:25am–10:25am and 12:30pm–2:25pm</w:t>
      </w:r>
    </w:p>
    <w:p w14:paraId="06660B4B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Tuesday: 9:00am–11:00am and 1:00pm–2:00pm</w:t>
      </w:r>
    </w:p>
    <w:p w14:paraId="13CC0262" w14:textId="3177FB4B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 xml:space="preserve">•  Wednesday: </w:t>
      </w:r>
      <w:r w:rsidR="0074769A" w:rsidRPr="0074769A">
        <w:rPr>
          <w:color w:val="000000"/>
        </w:rPr>
        <w:t>9:</w:t>
      </w:r>
      <w:r w:rsidR="0074769A">
        <w:rPr>
          <w:color w:val="000000"/>
        </w:rPr>
        <w:t>25</w:t>
      </w:r>
      <w:r w:rsidR="0074769A" w:rsidRPr="0074769A">
        <w:rPr>
          <w:color w:val="000000"/>
        </w:rPr>
        <w:t>am–1</w:t>
      </w:r>
      <w:r w:rsidR="0074769A">
        <w:rPr>
          <w:color w:val="000000"/>
        </w:rPr>
        <w:t>0:25</w:t>
      </w:r>
      <w:r w:rsidR="0074769A" w:rsidRPr="0074769A">
        <w:rPr>
          <w:color w:val="000000"/>
        </w:rPr>
        <w:t>am</w:t>
      </w:r>
    </w:p>
    <w:p w14:paraId="14841DAE" w14:textId="60B0F042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Thursday: 9:00am–</w:t>
      </w:r>
      <w:r w:rsidR="00414112">
        <w:rPr>
          <w:color w:val="000000"/>
        </w:rPr>
        <w:t>12:00pm</w:t>
      </w:r>
    </w:p>
    <w:p w14:paraId="032674B5" w14:textId="1120E3AC" w:rsidR="001D0ADE" w:rsidRDefault="0027765E" w:rsidP="00EF09B5">
      <w:pPr>
        <w:spacing w:after="6"/>
        <w:ind w:left="317" w:hanging="202"/>
        <w:rPr>
          <w:color w:val="000000"/>
        </w:rPr>
      </w:pPr>
      <w:r w:rsidRPr="00EF09B5">
        <w:rPr>
          <w:color w:val="000000"/>
        </w:rPr>
        <w:t>•  Friday: 9:25am–10:25am and 1:00pm–2:00pm</w:t>
      </w:r>
    </w:p>
    <w:p w14:paraId="1DCEDA22" w14:textId="77777777" w:rsidR="00EF09B5" w:rsidRPr="00EF09B5" w:rsidRDefault="00EF09B5" w:rsidP="00EF09B5">
      <w:pPr>
        <w:spacing w:after="6"/>
        <w:ind w:left="317" w:hanging="202"/>
        <w:rPr>
          <w:sz w:val="6"/>
          <w:szCs w:val="8"/>
        </w:rPr>
      </w:pPr>
    </w:p>
    <w:p w14:paraId="7557EE9C" w14:textId="77777777" w:rsidR="001D0ADE" w:rsidRDefault="0027765E">
      <w:pPr>
        <w:keepNext/>
        <w:shd w:val="clear" w:color="auto" w:fill="FFCD00"/>
        <w:spacing w:before="20" w:after="30"/>
      </w:pPr>
      <w:r>
        <w:rPr>
          <w:rFonts w:ascii="Roboto Condensed" w:hAnsi="Roboto Condensed"/>
          <w:b/>
          <w:color w:val="000000"/>
          <w:sz w:val="21"/>
        </w:rPr>
        <w:t xml:space="preserve">  ELECTRICAL &amp; COMPUTER ENGINEERING (ECE)  </w:t>
      </w:r>
    </w:p>
    <w:p w14:paraId="4969D2FB" w14:textId="5C6A74C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Monday: 12:30pm–</w:t>
      </w:r>
      <w:r w:rsidR="00B47DD7">
        <w:rPr>
          <w:color w:val="000000"/>
        </w:rPr>
        <w:t>2:00</w:t>
      </w:r>
      <w:r w:rsidRPr="00EF09B5">
        <w:rPr>
          <w:color w:val="000000"/>
        </w:rPr>
        <w:t>pm</w:t>
      </w:r>
    </w:p>
    <w:p w14:paraId="7BCFBEC5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 xml:space="preserve">•  Tuesday: </w:t>
      </w:r>
      <w:r w:rsidRPr="00EF09B5">
        <w:rPr>
          <w:i/>
          <w:color w:val="63666A"/>
        </w:rPr>
        <w:t>No scheduled hours</w:t>
      </w:r>
    </w:p>
    <w:p w14:paraId="6BD698BB" w14:textId="46CBEC69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Wednesday: 12:30pm–</w:t>
      </w:r>
      <w:r w:rsidR="00E357DE">
        <w:rPr>
          <w:color w:val="000000"/>
        </w:rPr>
        <w:t>1:25</w:t>
      </w:r>
      <w:r w:rsidRPr="00EF09B5">
        <w:rPr>
          <w:color w:val="000000"/>
        </w:rPr>
        <w:t>pm</w:t>
      </w:r>
    </w:p>
    <w:p w14:paraId="22AE1FDE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Thursday: 1:00pm–2:25pm</w:t>
      </w:r>
    </w:p>
    <w:p w14:paraId="0D094AB6" w14:textId="77777777" w:rsidR="001D0ADE" w:rsidRDefault="0027765E">
      <w:pPr>
        <w:spacing w:after="6"/>
        <w:ind w:left="317" w:hanging="202"/>
        <w:rPr>
          <w:i/>
          <w:color w:val="63666A"/>
        </w:rPr>
      </w:pPr>
      <w:r w:rsidRPr="00EF09B5">
        <w:rPr>
          <w:color w:val="000000"/>
        </w:rPr>
        <w:t xml:space="preserve">•  Friday: </w:t>
      </w:r>
      <w:r w:rsidRPr="00EF09B5">
        <w:rPr>
          <w:i/>
          <w:color w:val="63666A"/>
        </w:rPr>
        <w:t>No scheduled hours</w:t>
      </w:r>
    </w:p>
    <w:p w14:paraId="589C45A3" w14:textId="77777777" w:rsidR="00EF09B5" w:rsidRPr="00EF09B5" w:rsidRDefault="00EF09B5">
      <w:pPr>
        <w:spacing w:after="6"/>
        <w:ind w:left="317" w:hanging="202"/>
        <w:rPr>
          <w:sz w:val="6"/>
          <w:szCs w:val="8"/>
        </w:rPr>
      </w:pPr>
    </w:p>
    <w:p w14:paraId="3883F166" w14:textId="77777777" w:rsidR="001D0ADE" w:rsidRDefault="0027765E">
      <w:pPr>
        <w:keepNext/>
        <w:shd w:val="clear" w:color="auto" w:fill="FFCD00"/>
        <w:spacing w:before="80" w:after="30"/>
      </w:pPr>
      <w:r>
        <w:rPr>
          <w:rFonts w:ascii="Roboto Condensed" w:hAnsi="Roboto Condensed"/>
          <w:b/>
          <w:color w:val="000000"/>
          <w:sz w:val="21"/>
        </w:rPr>
        <w:t xml:space="preserve">  ENVIRONMENTAL ENGINEERING (</w:t>
      </w:r>
      <w:proofErr w:type="spellStart"/>
      <w:r>
        <w:rPr>
          <w:rFonts w:ascii="Roboto Condensed" w:hAnsi="Roboto Condensed"/>
          <w:b/>
          <w:color w:val="000000"/>
          <w:sz w:val="21"/>
        </w:rPr>
        <w:t>EnvE</w:t>
      </w:r>
      <w:proofErr w:type="spellEnd"/>
      <w:r>
        <w:rPr>
          <w:rFonts w:ascii="Roboto Condensed" w:hAnsi="Roboto Condensed"/>
          <w:b/>
          <w:color w:val="000000"/>
          <w:sz w:val="21"/>
        </w:rPr>
        <w:t xml:space="preserve">)  </w:t>
      </w:r>
    </w:p>
    <w:p w14:paraId="38D0A242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Monday: 9:00am–10:00am</w:t>
      </w:r>
    </w:p>
    <w:p w14:paraId="36ED8D67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 xml:space="preserve">•  Tuesday: </w:t>
      </w:r>
      <w:r w:rsidRPr="00EF09B5">
        <w:rPr>
          <w:i/>
          <w:color w:val="63666A"/>
        </w:rPr>
        <w:t>No scheduled hours</w:t>
      </w:r>
    </w:p>
    <w:p w14:paraId="52567093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Wednesday: 9:00am–10:00am</w:t>
      </w:r>
    </w:p>
    <w:p w14:paraId="59298E2B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Thursday: 10:00am–11:25am</w:t>
      </w:r>
    </w:p>
    <w:p w14:paraId="2A3FEE80" w14:textId="77777777" w:rsidR="001D0ADE" w:rsidRDefault="0027765E">
      <w:pPr>
        <w:spacing w:after="6"/>
        <w:ind w:left="317" w:hanging="202"/>
        <w:rPr>
          <w:i/>
          <w:color w:val="63666A"/>
        </w:rPr>
      </w:pPr>
      <w:r w:rsidRPr="00EF09B5">
        <w:rPr>
          <w:color w:val="000000"/>
        </w:rPr>
        <w:t xml:space="preserve">•  Friday: </w:t>
      </w:r>
      <w:r w:rsidRPr="00EF09B5">
        <w:rPr>
          <w:i/>
          <w:color w:val="63666A"/>
        </w:rPr>
        <w:t>No scheduled hours</w:t>
      </w:r>
    </w:p>
    <w:p w14:paraId="6C5F6769" w14:textId="77777777" w:rsidR="00EF09B5" w:rsidRPr="00EF09B5" w:rsidRDefault="00EF09B5">
      <w:pPr>
        <w:spacing w:after="6"/>
        <w:ind w:left="317" w:hanging="202"/>
        <w:rPr>
          <w:sz w:val="6"/>
          <w:szCs w:val="8"/>
        </w:rPr>
      </w:pPr>
    </w:p>
    <w:p w14:paraId="71AD6709" w14:textId="77777777" w:rsidR="001D0ADE" w:rsidRDefault="0027765E">
      <w:pPr>
        <w:keepNext/>
        <w:shd w:val="clear" w:color="auto" w:fill="FFCD00"/>
        <w:spacing w:before="80" w:after="30"/>
      </w:pPr>
      <w:r>
        <w:rPr>
          <w:rFonts w:ascii="Roboto Condensed" w:hAnsi="Roboto Condensed"/>
          <w:b/>
          <w:color w:val="000000"/>
          <w:sz w:val="21"/>
        </w:rPr>
        <w:t xml:space="preserve">  INDUSTRIAL ENGINEERING (ISE)  </w:t>
      </w:r>
    </w:p>
    <w:p w14:paraId="2456A980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Monday: 11:00am–12:00pm</w:t>
      </w:r>
    </w:p>
    <w:p w14:paraId="2BB15643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Tuesday: 2:00pm–3:00pm</w:t>
      </w:r>
    </w:p>
    <w:p w14:paraId="4D471C1C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 xml:space="preserve">•  Wednesday: </w:t>
      </w:r>
      <w:r w:rsidRPr="00EF09B5">
        <w:rPr>
          <w:i/>
          <w:color w:val="63666A"/>
        </w:rPr>
        <w:t>No scheduled hours</w:t>
      </w:r>
    </w:p>
    <w:p w14:paraId="3C0E3ADC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Thursday: 2:00pm–3:00pm</w:t>
      </w:r>
    </w:p>
    <w:p w14:paraId="08F4D7DA" w14:textId="77777777" w:rsidR="001D0ADE" w:rsidRDefault="0027765E">
      <w:pPr>
        <w:spacing w:after="6"/>
        <w:ind w:left="317" w:hanging="202"/>
        <w:rPr>
          <w:color w:val="000000"/>
        </w:rPr>
      </w:pPr>
      <w:r w:rsidRPr="00EF09B5">
        <w:rPr>
          <w:color w:val="000000"/>
        </w:rPr>
        <w:t>•  Friday: 11:00am–12:00pm</w:t>
      </w:r>
    </w:p>
    <w:p w14:paraId="16965C65" w14:textId="77777777" w:rsidR="00EF09B5" w:rsidRPr="00EF09B5" w:rsidRDefault="00EF09B5">
      <w:pPr>
        <w:spacing w:after="6"/>
        <w:ind w:left="317" w:hanging="202"/>
        <w:rPr>
          <w:sz w:val="6"/>
          <w:szCs w:val="8"/>
        </w:rPr>
      </w:pPr>
    </w:p>
    <w:p w14:paraId="34097613" w14:textId="77777777" w:rsidR="001D0ADE" w:rsidRDefault="0027765E">
      <w:pPr>
        <w:keepNext/>
        <w:shd w:val="clear" w:color="auto" w:fill="FFCD00"/>
        <w:spacing w:before="80" w:after="30"/>
      </w:pPr>
      <w:r>
        <w:rPr>
          <w:rFonts w:ascii="Roboto Condensed" w:hAnsi="Roboto Condensed"/>
          <w:b/>
          <w:color w:val="000000"/>
          <w:sz w:val="21"/>
        </w:rPr>
        <w:t xml:space="preserve">  MECHANICAL ENGINEERING (ME)  </w:t>
      </w:r>
    </w:p>
    <w:p w14:paraId="6A03935D" w14:textId="3E741F0A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Monday: 9:</w:t>
      </w:r>
      <w:r w:rsidR="00764F27">
        <w:rPr>
          <w:color w:val="000000"/>
        </w:rPr>
        <w:t>00</w:t>
      </w:r>
      <w:r w:rsidRPr="00EF09B5">
        <w:rPr>
          <w:color w:val="000000"/>
        </w:rPr>
        <w:t>am–11:00am and 2:00pm–3:00pm</w:t>
      </w:r>
    </w:p>
    <w:p w14:paraId="2639362C" w14:textId="4C9DA2AE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Tuesday: 9:</w:t>
      </w:r>
      <w:r w:rsidR="00BD5964">
        <w:rPr>
          <w:color w:val="000000"/>
        </w:rPr>
        <w:t>00</w:t>
      </w:r>
      <w:r w:rsidRPr="00EF09B5">
        <w:rPr>
          <w:color w:val="000000"/>
        </w:rPr>
        <w:t>am–11:25am and 12:30pm–</w:t>
      </w:r>
      <w:r w:rsidR="00BD5964">
        <w:rPr>
          <w:color w:val="000000"/>
        </w:rPr>
        <w:t>2</w:t>
      </w:r>
      <w:r w:rsidRPr="00EF09B5">
        <w:rPr>
          <w:color w:val="000000"/>
        </w:rPr>
        <w:t>:25pm</w:t>
      </w:r>
    </w:p>
    <w:p w14:paraId="7BDFF239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Wednesday: 9:00am–11:25am and 2:00pm–3:00pm</w:t>
      </w:r>
    </w:p>
    <w:p w14:paraId="595C7668" w14:textId="117B36A4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 xml:space="preserve">•  Thursday: </w:t>
      </w:r>
      <w:r w:rsidR="00BB53A6">
        <w:rPr>
          <w:color w:val="000000"/>
        </w:rPr>
        <w:t>10:00am—12:00pm</w:t>
      </w:r>
    </w:p>
    <w:p w14:paraId="4B375DCE" w14:textId="77777777" w:rsidR="001D0ADE" w:rsidRPr="00EF09B5" w:rsidRDefault="0027765E">
      <w:pPr>
        <w:spacing w:after="6"/>
        <w:ind w:left="317" w:hanging="202"/>
      </w:pPr>
      <w:r w:rsidRPr="00EF09B5">
        <w:rPr>
          <w:color w:val="000000"/>
        </w:rPr>
        <w:t>•  Friday: 9:00am–11:00am, 12:30pm–1:25pm, and 2:00pm–3:00pm</w:t>
      </w:r>
    </w:p>
    <w:sectPr w:rsidR="001D0ADE" w:rsidRPr="00EF09B5" w:rsidSect="00EF09B5">
      <w:headerReference w:type="default" r:id="rId10"/>
      <w:footerReference w:type="default" r:id="rId11"/>
      <w:pgSz w:w="12240" w:h="15840"/>
      <w:pgMar w:top="1037" w:right="893" w:bottom="720" w:left="893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BEE23" w14:textId="77777777" w:rsidR="00465C30" w:rsidRDefault="00465C30">
      <w:r>
        <w:separator/>
      </w:r>
    </w:p>
  </w:endnote>
  <w:endnote w:type="continuationSeparator" w:id="0">
    <w:p w14:paraId="42D94257" w14:textId="77777777" w:rsidR="00465C30" w:rsidRDefault="00465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5986D" w14:textId="77777777" w:rsidR="001D0ADE" w:rsidRDefault="001D0ADE">
    <w:pPr>
      <w:pStyle w:val="Footer"/>
    </w:pPr>
  </w:p>
  <w:tbl>
    <w:tblPr>
      <w:tblW w:w="0" w:type="auto"/>
      <w:jc w:val="center"/>
      <w:tblBorders>
        <w:top w:val="single" w:sz="12" w:space="0" w:color="FFCD00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220"/>
      <w:gridCol w:w="5220"/>
    </w:tblGrid>
    <w:tr w:rsidR="001D0ADE" w14:paraId="58D4224A" w14:textId="77777777">
      <w:trPr>
        <w:jc w:val="center"/>
      </w:trPr>
      <w:tc>
        <w:tcPr>
          <w:tcW w:w="5220" w:type="dxa"/>
          <w:tcMar>
            <w:top w:w="70" w:type="dxa"/>
            <w:left w:w="0" w:type="dxa"/>
            <w:bottom w:w="10" w:type="dxa"/>
            <w:right w:w="0" w:type="dxa"/>
          </w:tcMar>
        </w:tcPr>
        <w:p w14:paraId="2A157BAB" w14:textId="77777777" w:rsidR="001D0ADE" w:rsidRDefault="0027765E">
          <w:r>
            <w:rPr>
              <w:color w:val="63666A"/>
              <w:sz w:val="16"/>
            </w:rPr>
            <w:t xml:space="preserve">College of </w:t>
          </w:r>
          <w:proofErr w:type="gramStart"/>
          <w:r>
            <w:rPr>
              <w:color w:val="63666A"/>
              <w:sz w:val="16"/>
            </w:rPr>
            <w:t>Engineering  |</w:t>
          </w:r>
          <w:proofErr w:type="gramEnd"/>
          <w:r>
            <w:rPr>
              <w:color w:val="63666A"/>
              <w:sz w:val="16"/>
            </w:rPr>
            <w:t xml:space="preserve">  Peer Advising</w:t>
          </w:r>
        </w:p>
      </w:tc>
      <w:tc>
        <w:tcPr>
          <w:tcW w:w="5220" w:type="dxa"/>
          <w:tcMar>
            <w:top w:w="70" w:type="dxa"/>
            <w:left w:w="0" w:type="dxa"/>
            <w:bottom w:w="10" w:type="dxa"/>
            <w:right w:w="0" w:type="dxa"/>
          </w:tcMar>
        </w:tcPr>
        <w:p w14:paraId="15362272" w14:textId="77777777" w:rsidR="001D0ADE" w:rsidRDefault="0027765E">
          <w:pPr>
            <w:jc w:val="right"/>
          </w:pPr>
          <w:r>
            <w:rPr>
              <w:color w:val="63666A"/>
              <w:sz w:val="16"/>
            </w:rPr>
            <w:t xml:space="preserve">Fall </w:t>
          </w:r>
          <w:proofErr w:type="gramStart"/>
          <w:r>
            <w:rPr>
              <w:color w:val="63666A"/>
              <w:sz w:val="16"/>
            </w:rPr>
            <w:t>2026  •</w:t>
          </w:r>
          <w:proofErr w:type="gramEnd"/>
          <w:r>
            <w:rPr>
              <w:color w:val="63666A"/>
              <w:sz w:val="16"/>
            </w:rPr>
            <w:t xml:space="preserve">  Page </w:t>
          </w:r>
          <w:r>
            <w:rPr>
              <w:color w:val="63666A"/>
              <w:sz w:val="16"/>
            </w:rPr>
            <w:fldChar w:fldCharType="begin"/>
          </w:r>
          <w:r>
            <w:rPr>
              <w:color w:val="63666A"/>
              <w:sz w:val="16"/>
            </w:rPr>
            <w:instrText xml:space="preserve"> PAGE </w:instrText>
          </w:r>
          <w:r>
            <w:rPr>
              <w:color w:val="63666A"/>
              <w:sz w:val="16"/>
            </w:rPr>
            <w:fldChar w:fldCharType="separate"/>
          </w:r>
          <w:r w:rsidR="00EF09B5">
            <w:rPr>
              <w:noProof/>
              <w:color w:val="63666A"/>
              <w:sz w:val="16"/>
            </w:rPr>
            <w:t>1</w:t>
          </w:r>
          <w:r>
            <w:rPr>
              <w:color w:val="63666A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9B644" w14:textId="77777777" w:rsidR="00465C30" w:rsidRDefault="00465C30">
      <w:r>
        <w:separator/>
      </w:r>
    </w:p>
  </w:footnote>
  <w:footnote w:type="continuationSeparator" w:id="0">
    <w:p w14:paraId="34401DD2" w14:textId="77777777" w:rsidR="00465C30" w:rsidRDefault="00465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B2762" w14:textId="77777777" w:rsidR="001D0ADE" w:rsidRDefault="001D0ADE">
    <w:pPr>
      <w:pStyle w:val="Header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220"/>
      <w:gridCol w:w="5220"/>
    </w:tblGrid>
    <w:tr w:rsidR="001D0ADE" w14:paraId="1AF867EB" w14:textId="77777777">
      <w:trPr>
        <w:jc w:val="center"/>
      </w:trPr>
      <w:tc>
        <w:tcPr>
          <w:tcW w:w="5220" w:type="dxa"/>
          <w:shd w:val="clear" w:color="auto" w:fill="000000"/>
          <w:tcMar>
            <w:top w:w="70" w:type="dxa"/>
            <w:left w:w="110" w:type="dxa"/>
            <w:bottom w:w="70" w:type="dxa"/>
            <w:right w:w="110" w:type="dxa"/>
          </w:tcMar>
          <w:vAlign w:val="center"/>
        </w:tcPr>
        <w:p w14:paraId="31E284F0" w14:textId="77777777" w:rsidR="001D0ADE" w:rsidRDefault="0027765E">
          <w:r>
            <w:rPr>
              <w:rFonts w:ascii="Roboto Condensed" w:hAnsi="Roboto Condensed"/>
              <w:b/>
              <w:color w:val="FFFFFF"/>
              <w:sz w:val="21"/>
            </w:rPr>
            <w:t>COLLEGE OF ENGINEERING</w:t>
          </w:r>
        </w:p>
      </w:tc>
      <w:tc>
        <w:tcPr>
          <w:tcW w:w="5220" w:type="dxa"/>
          <w:shd w:val="clear" w:color="auto" w:fill="000000"/>
          <w:tcMar>
            <w:top w:w="70" w:type="dxa"/>
            <w:left w:w="110" w:type="dxa"/>
            <w:bottom w:w="70" w:type="dxa"/>
            <w:right w:w="110" w:type="dxa"/>
          </w:tcMar>
          <w:vAlign w:val="center"/>
        </w:tcPr>
        <w:p w14:paraId="5A12B6B7" w14:textId="77777777" w:rsidR="001D0ADE" w:rsidRDefault="0027765E">
          <w:pPr>
            <w:jc w:val="right"/>
          </w:pPr>
          <w:r>
            <w:rPr>
              <w:b/>
              <w:color w:val="FFCD00"/>
              <w:sz w:val="18"/>
            </w:rPr>
            <w:t>UNIVERSITY OF IOWA</w:t>
          </w:r>
        </w:p>
      </w:tc>
    </w:tr>
    <w:tr w:rsidR="001D0ADE" w14:paraId="114C4AF0" w14:textId="77777777">
      <w:trPr>
        <w:trHeight w:hRule="exact" w:val="79"/>
        <w:jc w:val="center"/>
      </w:trPr>
      <w:tc>
        <w:tcPr>
          <w:tcW w:w="5220" w:type="dxa"/>
          <w:shd w:val="clear" w:color="auto" w:fill="FFCD00"/>
          <w:tcMar>
            <w:top w:w="0" w:type="dxa"/>
            <w:left w:w="0" w:type="dxa"/>
            <w:bottom w:w="0" w:type="dxa"/>
            <w:right w:w="0" w:type="dxa"/>
          </w:tcMar>
        </w:tcPr>
        <w:p w14:paraId="46B76941" w14:textId="77777777" w:rsidR="001D0ADE" w:rsidRDefault="001D0ADE"/>
      </w:tc>
      <w:tc>
        <w:tcPr>
          <w:tcW w:w="5220" w:type="dxa"/>
          <w:shd w:val="clear" w:color="auto" w:fill="FFCD00"/>
          <w:tcMar>
            <w:top w:w="0" w:type="dxa"/>
            <w:left w:w="0" w:type="dxa"/>
            <w:bottom w:w="0" w:type="dxa"/>
            <w:right w:w="0" w:type="dxa"/>
          </w:tcMar>
        </w:tcPr>
        <w:p w14:paraId="054DB603" w14:textId="77777777" w:rsidR="001D0ADE" w:rsidRDefault="001D0ADE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937009">
    <w:abstractNumId w:val="6"/>
  </w:num>
  <w:num w:numId="2" w16cid:durableId="1843079516">
    <w:abstractNumId w:val="2"/>
  </w:num>
  <w:num w:numId="3" w16cid:durableId="1955362886">
    <w:abstractNumId w:val="3"/>
  </w:num>
  <w:num w:numId="4" w16cid:durableId="237522700">
    <w:abstractNumId w:val="8"/>
  </w:num>
  <w:num w:numId="5" w16cid:durableId="278146701">
    <w:abstractNumId w:val="7"/>
  </w:num>
  <w:num w:numId="6" w16cid:durableId="31003350">
    <w:abstractNumId w:val="1"/>
  </w:num>
  <w:num w:numId="7" w16cid:durableId="384258756">
    <w:abstractNumId w:val="5"/>
  </w:num>
  <w:num w:numId="8" w16cid:durableId="413286304">
    <w:abstractNumId w:val="4"/>
  </w:num>
  <w:num w:numId="9" w16cid:durableId="646517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74BD"/>
    <w:rsid w:val="0015074B"/>
    <w:rsid w:val="00196037"/>
    <w:rsid w:val="001D0ADE"/>
    <w:rsid w:val="0027765E"/>
    <w:rsid w:val="0029639D"/>
    <w:rsid w:val="002A22E7"/>
    <w:rsid w:val="00326F90"/>
    <w:rsid w:val="00382A83"/>
    <w:rsid w:val="00414112"/>
    <w:rsid w:val="00465C30"/>
    <w:rsid w:val="0074769A"/>
    <w:rsid w:val="00764F27"/>
    <w:rsid w:val="008863B7"/>
    <w:rsid w:val="00AA1D8D"/>
    <w:rsid w:val="00AC580E"/>
    <w:rsid w:val="00B47730"/>
    <w:rsid w:val="00B47DD7"/>
    <w:rsid w:val="00B7615C"/>
    <w:rsid w:val="00BB53A6"/>
    <w:rsid w:val="00BD5964"/>
    <w:rsid w:val="00C62074"/>
    <w:rsid w:val="00CB0664"/>
    <w:rsid w:val="00E357DE"/>
    <w:rsid w:val="00EF09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07CBE2"/>
  <w14:defaultImageDpi w14:val="300"/>
  <w15:docId w15:val="{06860B06-F599-4A70-8AD3-D47DAC73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Roboto" w:hAnsi="Roboto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EC69E6DD86754EA85C9AF47C18131E" ma:contentTypeVersion="18" ma:contentTypeDescription="Create a new document." ma:contentTypeScope="" ma:versionID="d0f0bd64714faa8cd3b02b79cf7df5e1">
  <xsd:schema xmlns:xsd="http://www.w3.org/2001/XMLSchema" xmlns:xs="http://www.w3.org/2001/XMLSchema" xmlns:p="http://schemas.microsoft.com/office/2006/metadata/properties" xmlns:ns2="66cf479b-7f95-49b0-a5df-d9d9b6d74a8c" xmlns:ns3="4684c63e-65de-4dc3-84b1-d23dafb2c548" targetNamespace="http://schemas.microsoft.com/office/2006/metadata/properties" ma:root="true" ma:fieldsID="0e197359f495d1e2dfb4017934bd7c17" ns2:_="" ns3:_="">
    <xsd:import namespace="66cf479b-7f95-49b0-a5df-d9d9b6d74a8c"/>
    <xsd:import namespace="4684c63e-65de-4dc3-84b1-d23dafb2c5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f479b-7f95-49b0-a5df-d9d9b6d74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4c63e-65de-4dc3-84b1-d23dafb2c54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9026ff7-22a8-42a0-8f81-63e01149e776}" ma:internalName="TaxCatchAll" ma:showField="CatchAllData" ma:web="4684c63e-65de-4dc3-84b1-d23dafb2c5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cf479b-7f95-49b0-a5df-d9d9b6d74a8c">
      <Terms xmlns="http://schemas.microsoft.com/office/infopath/2007/PartnerControls"/>
    </lcf76f155ced4ddcb4097134ff3c332f>
    <TaxCatchAll xmlns="4684c63e-65de-4dc3-84b1-d23dafb2c548" xsi:nil="true"/>
  </documentManagement>
</p:properties>
</file>

<file path=customXml/itemProps1.xml><?xml version="1.0" encoding="utf-8"?>
<ds:datastoreItem xmlns:ds="http://schemas.openxmlformats.org/officeDocument/2006/customXml" ds:itemID="{1AF8F7EA-4A5F-499F-9BD6-C8B8CD0728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3E06FD-9D46-4E60-9C90-193C9A83D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cf479b-7f95-49b0-a5df-d9d9b6d74a8c"/>
    <ds:schemaRef ds:uri="4684c63e-65de-4dc3-84b1-d23dafb2c5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E79EFF-FAFD-450F-AF99-682AE2272712}">
  <ds:schemaRefs>
    <ds:schemaRef ds:uri="http://schemas.microsoft.com/office/2006/metadata/properties"/>
    <ds:schemaRef ds:uri="http://schemas.microsoft.com/office/infopath/2007/PartnerControls"/>
    <ds:schemaRef ds:uri="66cf479b-7f95-49b0-a5df-d9d9b6d74a8c"/>
    <ds:schemaRef ds:uri="4684c63e-65de-4dc3-84b1-d23dafb2c5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2026 Peer Advisor Schedule by Major</dc:title>
  <dc:subject>University of Iowa College of Engineering peer advisor schedule</dc:subject>
  <dc:creator>python-docx</dc:creator>
  <cp:keywords/>
  <dc:description>generated by python-docx</dc:description>
  <cp:lastModifiedBy>Atcher, Josh R</cp:lastModifiedBy>
  <cp:revision>11</cp:revision>
  <dcterms:created xsi:type="dcterms:W3CDTF">2026-08-25T17:50:00Z</dcterms:created>
  <dcterms:modified xsi:type="dcterms:W3CDTF">2026-09-08T17:44:00Z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0x010100A6EC69E6DD86754EA85C9AF47C18131E</vt:lpwstr>
  </property>
</Properties>
</file>