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68C7A" w14:textId="52292112" w:rsidR="0033537E" w:rsidRDefault="002B3C16">
      <w:pPr>
        <w:spacing w:before="120" w:after="40"/>
        <w:rPr>
          <w:rFonts w:ascii="Roboto Condensed" w:hAnsi="Roboto Condensed"/>
          <w:b/>
          <w:color w:val="000000"/>
          <w:sz w:val="42"/>
        </w:rPr>
      </w:pPr>
      <w:r>
        <w:rPr>
          <w:rFonts w:ascii="Roboto Condensed" w:hAnsi="Roboto Condensed"/>
          <w:b/>
          <w:color w:val="000000"/>
          <w:sz w:val="42"/>
        </w:rPr>
        <w:t>FALL 2026 PEER ADVISOR SCHEDULE</w:t>
      </w:r>
      <w:r w:rsidR="008E4EE0">
        <w:rPr>
          <w:rFonts w:ascii="Roboto Condensed" w:hAnsi="Roboto Condensed"/>
          <w:b/>
          <w:color w:val="000000"/>
          <w:sz w:val="42"/>
        </w:rPr>
        <w:t>: BY DAY</w:t>
      </w:r>
    </w:p>
    <w:p w14:paraId="3D1FE0B0" w14:textId="77777777" w:rsidR="008E4EE0" w:rsidRPr="008E4EE0" w:rsidRDefault="008E4EE0" w:rsidP="008E4EE0">
      <w:pPr>
        <w:spacing w:before="120" w:after="40" w:line="269" w:lineRule="auto"/>
        <w:rPr>
          <w:sz w:val="8"/>
          <w:szCs w:val="8"/>
        </w:rPr>
      </w:pPr>
    </w:p>
    <w:p w14:paraId="79C4AE99" w14:textId="7721BAD1" w:rsidR="0033537E" w:rsidRPr="008E4EE0" w:rsidRDefault="002B3C16" w:rsidP="008E4EE0">
      <w:pPr>
        <w:keepNext/>
        <w:shd w:val="clear" w:color="auto" w:fill="FFCD00"/>
        <w:spacing w:before="20" w:after="30" w:line="269" w:lineRule="auto"/>
        <w:rPr>
          <w:sz w:val="24"/>
          <w:szCs w:val="28"/>
        </w:rPr>
      </w:pPr>
      <w:r w:rsidRPr="008E4EE0">
        <w:rPr>
          <w:rFonts w:ascii="Roboto Condensed" w:hAnsi="Roboto Condensed"/>
          <w:b/>
          <w:color w:val="000000"/>
          <w:sz w:val="24"/>
          <w:szCs w:val="28"/>
        </w:rPr>
        <w:t xml:space="preserve">  MONDAY</w:t>
      </w:r>
      <w:r w:rsidR="008E4EE0">
        <w:rPr>
          <w:rFonts w:ascii="Roboto Condensed" w:hAnsi="Roboto Condensed"/>
          <w:b/>
          <w:color w:val="000000"/>
          <w:sz w:val="24"/>
          <w:szCs w:val="28"/>
        </w:rPr>
        <w:t>S</w:t>
      </w:r>
      <w:r w:rsidRPr="008E4EE0">
        <w:rPr>
          <w:rFonts w:ascii="Roboto Condensed" w:hAnsi="Roboto Condensed"/>
          <w:b/>
          <w:color w:val="000000"/>
          <w:sz w:val="24"/>
          <w:szCs w:val="28"/>
        </w:rPr>
        <w:t xml:space="preserve"> </w:t>
      </w:r>
    </w:p>
    <w:p w14:paraId="096B0C43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Biomedical Engineering: 10:25am–11:25am and 2:00pm–3:00pm</w:t>
      </w:r>
    </w:p>
    <w:p w14:paraId="6AC2105F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Chemical Engineering: 1:25pm–2:25pm</w:t>
      </w:r>
    </w:p>
    <w:p w14:paraId="31FB08E5" w14:textId="55E18298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Civil Engineering: 10:</w:t>
      </w:r>
      <w:r w:rsidR="000C6D9D">
        <w:rPr>
          <w:color w:val="000000"/>
          <w:sz w:val="24"/>
          <w:szCs w:val="28"/>
        </w:rPr>
        <w:t>25</w:t>
      </w:r>
      <w:r w:rsidRPr="008E4EE0">
        <w:rPr>
          <w:color w:val="000000"/>
          <w:sz w:val="24"/>
          <w:szCs w:val="28"/>
        </w:rPr>
        <w:t>am</w:t>
      </w:r>
      <w:r w:rsidR="000C6D9D">
        <w:rPr>
          <w:color w:val="000000"/>
          <w:sz w:val="24"/>
          <w:szCs w:val="28"/>
        </w:rPr>
        <w:t>-12:00pm</w:t>
      </w:r>
    </w:p>
    <w:p w14:paraId="069100C0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Computer Science and Engineering: 9:25am–10:25am and 12:30pm–2:25pm</w:t>
      </w:r>
    </w:p>
    <w:p w14:paraId="03D68B23" w14:textId="13104E79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Electrical &amp; Computer Engineering: 12:30pm–</w:t>
      </w:r>
      <w:r w:rsidR="00A77AC7">
        <w:rPr>
          <w:color w:val="000000"/>
          <w:sz w:val="24"/>
          <w:szCs w:val="28"/>
        </w:rPr>
        <w:t>2:00</w:t>
      </w:r>
      <w:r w:rsidRPr="008E4EE0">
        <w:rPr>
          <w:color w:val="000000"/>
          <w:sz w:val="24"/>
          <w:szCs w:val="28"/>
        </w:rPr>
        <w:t>pm</w:t>
      </w:r>
    </w:p>
    <w:p w14:paraId="58A478D5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Environmental Engineering: 9:00am–10:00am</w:t>
      </w:r>
    </w:p>
    <w:p w14:paraId="38BC6948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Industrial Engineering: 11:00am–12:00pm</w:t>
      </w:r>
    </w:p>
    <w:p w14:paraId="2F1FCA32" w14:textId="65F7C82D" w:rsidR="0033537E" w:rsidRPr="008E4EE0" w:rsidRDefault="002B3C16" w:rsidP="008E4EE0">
      <w:pPr>
        <w:spacing w:after="6" w:line="269" w:lineRule="auto"/>
        <w:ind w:left="317" w:hanging="202"/>
        <w:rPr>
          <w:color w:val="000000"/>
          <w:sz w:val="24"/>
          <w:szCs w:val="28"/>
        </w:rPr>
      </w:pPr>
      <w:r w:rsidRPr="008E4EE0">
        <w:rPr>
          <w:color w:val="000000"/>
          <w:sz w:val="24"/>
          <w:szCs w:val="28"/>
        </w:rPr>
        <w:t>•  Mechanical Engineering: 9:</w:t>
      </w:r>
      <w:r w:rsidR="00DD11F7">
        <w:rPr>
          <w:color w:val="000000"/>
          <w:sz w:val="24"/>
          <w:szCs w:val="28"/>
        </w:rPr>
        <w:t>00</w:t>
      </w:r>
      <w:r w:rsidRPr="008E4EE0">
        <w:rPr>
          <w:color w:val="000000"/>
          <w:sz w:val="24"/>
          <w:szCs w:val="28"/>
        </w:rPr>
        <w:t>am–11:00am and 2:00pm–3:00pm</w:t>
      </w:r>
    </w:p>
    <w:p w14:paraId="6F2AD147" w14:textId="77777777" w:rsidR="008E4EE0" w:rsidRPr="008F5260" w:rsidRDefault="008E4EE0" w:rsidP="008E4EE0">
      <w:pPr>
        <w:spacing w:after="6" w:line="269" w:lineRule="auto"/>
        <w:ind w:left="317" w:hanging="202"/>
        <w:rPr>
          <w:sz w:val="14"/>
          <w:szCs w:val="16"/>
        </w:rPr>
      </w:pPr>
    </w:p>
    <w:p w14:paraId="719CAE3D" w14:textId="6408DE0F" w:rsidR="0033537E" w:rsidRPr="008E4EE0" w:rsidRDefault="002B3C16" w:rsidP="008E4EE0">
      <w:pPr>
        <w:keepNext/>
        <w:shd w:val="clear" w:color="auto" w:fill="FFCD00"/>
        <w:spacing w:before="80" w:after="30" w:line="269" w:lineRule="auto"/>
        <w:rPr>
          <w:sz w:val="24"/>
          <w:szCs w:val="28"/>
        </w:rPr>
      </w:pPr>
      <w:r w:rsidRPr="008E4EE0">
        <w:rPr>
          <w:rFonts w:ascii="Roboto Condensed" w:hAnsi="Roboto Condensed"/>
          <w:b/>
          <w:color w:val="000000"/>
          <w:sz w:val="24"/>
          <w:szCs w:val="28"/>
        </w:rPr>
        <w:t xml:space="preserve">  TUESDAY</w:t>
      </w:r>
      <w:r w:rsidR="008E4EE0">
        <w:rPr>
          <w:rFonts w:ascii="Roboto Condensed" w:hAnsi="Roboto Condensed"/>
          <w:b/>
          <w:color w:val="000000"/>
          <w:sz w:val="24"/>
          <w:szCs w:val="28"/>
        </w:rPr>
        <w:t>S</w:t>
      </w:r>
      <w:r w:rsidRPr="008E4EE0">
        <w:rPr>
          <w:rFonts w:ascii="Roboto Condensed" w:hAnsi="Roboto Condensed"/>
          <w:b/>
          <w:color w:val="000000"/>
          <w:sz w:val="24"/>
          <w:szCs w:val="28"/>
        </w:rPr>
        <w:t xml:space="preserve">  </w:t>
      </w:r>
    </w:p>
    <w:p w14:paraId="22D53E57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Biomedical Engineering: 9:00am–11:00am</w:t>
      </w:r>
    </w:p>
    <w:p w14:paraId="69C563E6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Chemical Engineering: 11:00am–12:00pm</w:t>
      </w:r>
    </w:p>
    <w:p w14:paraId="549655A8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Computer Science and Engineering: 9:00am–11:00am and 1:00pm–2:00pm</w:t>
      </w:r>
    </w:p>
    <w:p w14:paraId="2660E579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Industrial Engineering: 2:00pm–3:00pm</w:t>
      </w:r>
    </w:p>
    <w:p w14:paraId="6E502BD2" w14:textId="69B0E3BD" w:rsidR="0033537E" w:rsidRPr="008E4EE0" w:rsidRDefault="002B3C16" w:rsidP="008E4EE0">
      <w:pPr>
        <w:spacing w:after="6" w:line="269" w:lineRule="auto"/>
        <w:ind w:left="317" w:hanging="202"/>
        <w:rPr>
          <w:color w:val="000000"/>
          <w:sz w:val="24"/>
          <w:szCs w:val="28"/>
        </w:rPr>
      </w:pPr>
      <w:r w:rsidRPr="008E4EE0">
        <w:rPr>
          <w:color w:val="000000"/>
          <w:sz w:val="24"/>
          <w:szCs w:val="28"/>
        </w:rPr>
        <w:t>•  Mechanical Engineering: 9:</w:t>
      </w:r>
      <w:r w:rsidR="007D634F">
        <w:rPr>
          <w:color w:val="000000"/>
          <w:sz w:val="24"/>
          <w:szCs w:val="28"/>
        </w:rPr>
        <w:t>00</w:t>
      </w:r>
      <w:r w:rsidRPr="008E4EE0">
        <w:rPr>
          <w:color w:val="000000"/>
          <w:sz w:val="24"/>
          <w:szCs w:val="28"/>
        </w:rPr>
        <w:t>am–11:25am and 12:30pm–</w:t>
      </w:r>
      <w:r w:rsidR="000A12A9">
        <w:rPr>
          <w:color w:val="000000"/>
          <w:sz w:val="24"/>
          <w:szCs w:val="28"/>
        </w:rPr>
        <w:t>2</w:t>
      </w:r>
      <w:r w:rsidRPr="008E4EE0">
        <w:rPr>
          <w:color w:val="000000"/>
          <w:sz w:val="24"/>
          <w:szCs w:val="28"/>
        </w:rPr>
        <w:t>:25pm</w:t>
      </w:r>
    </w:p>
    <w:p w14:paraId="4434CE71" w14:textId="77777777" w:rsidR="008E4EE0" w:rsidRPr="008F5260" w:rsidRDefault="008E4EE0" w:rsidP="008E4EE0">
      <w:pPr>
        <w:spacing w:after="6" w:line="269" w:lineRule="auto"/>
        <w:ind w:left="317" w:hanging="202"/>
        <w:rPr>
          <w:sz w:val="14"/>
          <w:szCs w:val="16"/>
        </w:rPr>
      </w:pPr>
    </w:p>
    <w:p w14:paraId="14AE0177" w14:textId="433BC249" w:rsidR="0033537E" w:rsidRPr="008E4EE0" w:rsidRDefault="002B3C16" w:rsidP="008E4EE0">
      <w:pPr>
        <w:keepNext/>
        <w:shd w:val="clear" w:color="auto" w:fill="FFCD00"/>
        <w:spacing w:before="80" w:after="30" w:line="269" w:lineRule="auto"/>
        <w:rPr>
          <w:sz w:val="24"/>
          <w:szCs w:val="28"/>
        </w:rPr>
      </w:pPr>
      <w:r w:rsidRPr="008E4EE0">
        <w:rPr>
          <w:rFonts w:ascii="Roboto Condensed" w:hAnsi="Roboto Condensed"/>
          <w:b/>
          <w:color w:val="000000"/>
          <w:sz w:val="24"/>
          <w:szCs w:val="28"/>
        </w:rPr>
        <w:t xml:space="preserve">  WEDNESDAY</w:t>
      </w:r>
      <w:r w:rsidR="008E4EE0">
        <w:rPr>
          <w:rFonts w:ascii="Roboto Condensed" w:hAnsi="Roboto Condensed"/>
          <w:b/>
          <w:color w:val="000000"/>
          <w:sz w:val="24"/>
          <w:szCs w:val="28"/>
        </w:rPr>
        <w:t>S</w:t>
      </w:r>
      <w:r w:rsidRPr="008E4EE0">
        <w:rPr>
          <w:rFonts w:ascii="Roboto Condensed" w:hAnsi="Roboto Condensed"/>
          <w:b/>
          <w:color w:val="000000"/>
          <w:sz w:val="24"/>
          <w:szCs w:val="28"/>
        </w:rPr>
        <w:t xml:space="preserve">  </w:t>
      </w:r>
    </w:p>
    <w:p w14:paraId="727AF48A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Biomedical Engineering: 10:25am–11:25am and 12:30pm–1:25pm</w:t>
      </w:r>
    </w:p>
    <w:p w14:paraId="720448D1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Chemical Engineering: 11:00am–12:00pm</w:t>
      </w:r>
    </w:p>
    <w:p w14:paraId="247EF10B" w14:textId="77777777" w:rsidR="00FB167D" w:rsidRDefault="002B3C16" w:rsidP="00FB167D">
      <w:pPr>
        <w:spacing w:after="6" w:line="269" w:lineRule="auto"/>
        <w:ind w:left="317" w:hanging="202"/>
        <w:rPr>
          <w:color w:val="000000"/>
          <w:sz w:val="24"/>
          <w:szCs w:val="28"/>
        </w:rPr>
      </w:pPr>
      <w:r w:rsidRPr="008E4EE0">
        <w:rPr>
          <w:color w:val="000000"/>
          <w:sz w:val="24"/>
          <w:szCs w:val="28"/>
        </w:rPr>
        <w:t>•  Civil Engineering: 9:25am–10:25am and 1:25pm–2:25pm</w:t>
      </w:r>
    </w:p>
    <w:p w14:paraId="55AA7DA4" w14:textId="6A3B6667" w:rsidR="00FB167D" w:rsidRPr="00FB167D" w:rsidRDefault="00FB167D" w:rsidP="00FB167D">
      <w:pPr>
        <w:spacing w:after="6" w:line="269" w:lineRule="auto"/>
        <w:ind w:left="115"/>
        <w:rPr>
          <w:color w:val="000000"/>
          <w:sz w:val="24"/>
          <w:szCs w:val="28"/>
        </w:rPr>
      </w:pPr>
      <w:r w:rsidRPr="00FB167D">
        <w:rPr>
          <w:sz w:val="24"/>
          <w:szCs w:val="28"/>
        </w:rPr>
        <w:t xml:space="preserve">• </w:t>
      </w:r>
      <w:r>
        <w:rPr>
          <w:sz w:val="24"/>
          <w:szCs w:val="28"/>
        </w:rPr>
        <w:t xml:space="preserve"> </w:t>
      </w:r>
      <w:r w:rsidRPr="00FB167D">
        <w:rPr>
          <w:sz w:val="24"/>
          <w:szCs w:val="28"/>
        </w:rPr>
        <w:t>Computer Science and Engineering: 9:</w:t>
      </w:r>
      <w:r>
        <w:rPr>
          <w:sz w:val="24"/>
          <w:szCs w:val="28"/>
        </w:rPr>
        <w:t>25</w:t>
      </w:r>
      <w:r w:rsidRPr="00FB167D">
        <w:rPr>
          <w:sz w:val="24"/>
          <w:szCs w:val="28"/>
        </w:rPr>
        <w:t>am–1</w:t>
      </w:r>
      <w:r>
        <w:rPr>
          <w:sz w:val="24"/>
          <w:szCs w:val="28"/>
        </w:rPr>
        <w:t>0</w:t>
      </w:r>
      <w:r w:rsidRPr="00FB167D">
        <w:rPr>
          <w:sz w:val="24"/>
          <w:szCs w:val="28"/>
        </w:rPr>
        <w:t>:</w:t>
      </w:r>
      <w:r>
        <w:rPr>
          <w:sz w:val="24"/>
          <w:szCs w:val="28"/>
        </w:rPr>
        <w:t>25</w:t>
      </w:r>
      <w:r w:rsidRPr="00FB167D">
        <w:rPr>
          <w:sz w:val="24"/>
          <w:szCs w:val="28"/>
        </w:rPr>
        <w:t>am</w:t>
      </w:r>
    </w:p>
    <w:p w14:paraId="733E285B" w14:textId="7A38B32B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Electrical &amp; Computer Engineering: 12:30pm–</w:t>
      </w:r>
      <w:r w:rsidR="00845376">
        <w:rPr>
          <w:color w:val="000000"/>
          <w:sz w:val="24"/>
          <w:szCs w:val="28"/>
        </w:rPr>
        <w:t>1:25</w:t>
      </w:r>
      <w:r w:rsidRPr="008E4EE0">
        <w:rPr>
          <w:color w:val="000000"/>
          <w:sz w:val="24"/>
          <w:szCs w:val="28"/>
        </w:rPr>
        <w:t>pm</w:t>
      </w:r>
    </w:p>
    <w:p w14:paraId="329F1D66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Environmental Engineering: 9:00am–10:00am</w:t>
      </w:r>
    </w:p>
    <w:p w14:paraId="1D37B317" w14:textId="77777777" w:rsidR="0033537E" w:rsidRPr="008E4EE0" w:rsidRDefault="002B3C16" w:rsidP="008E4EE0">
      <w:pPr>
        <w:spacing w:after="6" w:line="269" w:lineRule="auto"/>
        <w:ind w:left="317" w:hanging="202"/>
        <w:rPr>
          <w:color w:val="000000"/>
          <w:sz w:val="24"/>
          <w:szCs w:val="28"/>
        </w:rPr>
      </w:pPr>
      <w:r w:rsidRPr="008E4EE0">
        <w:rPr>
          <w:color w:val="000000"/>
          <w:sz w:val="24"/>
          <w:szCs w:val="28"/>
        </w:rPr>
        <w:t>•  Mechanical Engineering: 9:00am–11:25am and 2:00pm–3:00pm</w:t>
      </w:r>
    </w:p>
    <w:p w14:paraId="1CA6BDB8" w14:textId="77777777" w:rsidR="008E4EE0" w:rsidRPr="008F5260" w:rsidRDefault="008E4EE0" w:rsidP="008E4EE0">
      <w:pPr>
        <w:spacing w:after="6" w:line="269" w:lineRule="auto"/>
        <w:ind w:left="317" w:hanging="202"/>
        <w:rPr>
          <w:sz w:val="14"/>
          <w:szCs w:val="16"/>
        </w:rPr>
      </w:pPr>
    </w:p>
    <w:p w14:paraId="7CDE3572" w14:textId="66994661" w:rsidR="0033537E" w:rsidRPr="008E4EE0" w:rsidRDefault="002B3C16" w:rsidP="008E4EE0">
      <w:pPr>
        <w:keepNext/>
        <w:shd w:val="clear" w:color="auto" w:fill="FFCD00"/>
        <w:spacing w:before="80" w:after="30" w:line="269" w:lineRule="auto"/>
        <w:rPr>
          <w:sz w:val="24"/>
          <w:szCs w:val="28"/>
        </w:rPr>
      </w:pPr>
      <w:r w:rsidRPr="008E4EE0">
        <w:rPr>
          <w:rFonts w:ascii="Roboto Condensed" w:hAnsi="Roboto Condensed"/>
          <w:b/>
          <w:color w:val="000000"/>
          <w:sz w:val="24"/>
          <w:szCs w:val="28"/>
        </w:rPr>
        <w:t xml:space="preserve">  THURSDAY</w:t>
      </w:r>
      <w:r w:rsidR="008E4EE0">
        <w:rPr>
          <w:rFonts w:ascii="Roboto Condensed" w:hAnsi="Roboto Condensed"/>
          <w:b/>
          <w:color w:val="000000"/>
          <w:sz w:val="24"/>
          <w:szCs w:val="28"/>
        </w:rPr>
        <w:t>S</w:t>
      </w:r>
      <w:r w:rsidRPr="008E4EE0">
        <w:rPr>
          <w:rFonts w:ascii="Roboto Condensed" w:hAnsi="Roboto Condensed"/>
          <w:b/>
          <w:color w:val="000000"/>
          <w:sz w:val="24"/>
          <w:szCs w:val="28"/>
        </w:rPr>
        <w:t xml:space="preserve">  </w:t>
      </w:r>
    </w:p>
    <w:p w14:paraId="73B54A2D" w14:textId="4C744051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Biomedical Engineering: 9:00am–1</w:t>
      </w:r>
      <w:r w:rsidR="00631AC9">
        <w:rPr>
          <w:color w:val="000000"/>
          <w:sz w:val="24"/>
          <w:szCs w:val="28"/>
        </w:rPr>
        <w:t>1</w:t>
      </w:r>
      <w:r w:rsidRPr="008E4EE0">
        <w:rPr>
          <w:color w:val="000000"/>
          <w:sz w:val="24"/>
          <w:szCs w:val="28"/>
        </w:rPr>
        <w:t>:00am and 1:00pm–3:00pm</w:t>
      </w:r>
    </w:p>
    <w:p w14:paraId="0CEB929E" w14:textId="654B8A7B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Computer Science and Engineering: 9:00am–1</w:t>
      </w:r>
      <w:r w:rsidR="00D07725">
        <w:rPr>
          <w:color w:val="000000"/>
          <w:sz w:val="24"/>
          <w:szCs w:val="28"/>
        </w:rPr>
        <w:t>2:00pm</w:t>
      </w:r>
    </w:p>
    <w:p w14:paraId="44646B06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Electrical &amp; Computer Engineering: 1:00pm–2:25pm</w:t>
      </w:r>
    </w:p>
    <w:p w14:paraId="5B6AA4C9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Environmental Engineering: 10:00am–11:25am</w:t>
      </w:r>
    </w:p>
    <w:p w14:paraId="2540AA88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Industrial Engineering: 2:00pm–3:00pm</w:t>
      </w:r>
    </w:p>
    <w:p w14:paraId="3CDAF262" w14:textId="72E68899" w:rsidR="0033537E" w:rsidRPr="008E4EE0" w:rsidRDefault="002B3C16" w:rsidP="008E4EE0">
      <w:pPr>
        <w:spacing w:after="6" w:line="269" w:lineRule="auto"/>
        <w:ind w:left="317" w:hanging="202"/>
        <w:rPr>
          <w:color w:val="000000"/>
          <w:sz w:val="24"/>
          <w:szCs w:val="28"/>
        </w:rPr>
      </w:pPr>
      <w:r w:rsidRPr="008E4EE0">
        <w:rPr>
          <w:color w:val="000000"/>
          <w:sz w:val="24"/>
          <w:szCs w:val="28"/>
        </w:rPr>
        <w:t xml:space="preserve">•  Mechanical Engineering: </w:t>
      </w:r>
      <w:r w:rsidR="00D64A9D">
        <w:rPr>
          <w:color w:val="000000"/>
          <w:sz w:val="24"/>
          <w:szCs w:val="28"/>
        </w:rPr>
        <w:t>10:00am–12:00pm</w:t>
      </w:r>
    </w:p>
    <w:p w14:paraId="0EA60D8F" w14:textId="77777777" w:rsidR="008E4EE0" w:rsidRPr="008F5260" w:rsidRDefault="008E4EE0" w:rsidP="008E4EE0">
      <w:pPr>
        <w:spacing w:after="6" w:line="269" w:lineRule="auto"/>
        <w:ind w:left="317" w:hanging="202"/>
        <w:rPr>
          <w:sz w:val="14"/>
          <w:szCs w:val="16"/>
        </w:rPr>
      </w:pPr>
    </w:p>
    <w:p w14:paraId="36915E50" w14:textId="212DEB9B" w:rsidR="0033537E" w:rsidRPr="008E4EE0" w:rsidRDefault="002B3C16" w:rsidP="008E4EE0">
      <w:pPr>
        <w:keepNext/>
        <w:shd w:val="clear" w:color="auto" w:fill="FFCD00"/>
        <w:spacing w:before="80" w:after="30" w:line="269" w:lineRule="auto"/>
        <w:rPr>
          <w:sz w:val="24"/>
          <w:szCs w:val="28"/>
        </w:rPr>
      </w:pPr>
      <w:r w:rsidRPr="008E4EE0">
        <w:rPr>
          <w:rFonts w:ascii="Roboto Condensed" w:hAnsi="Roboto Condensed"/>
          <w:b/>
          <w:color w:val="000000"/>
          <w:sz w:val="24"/>
          <w:szCs w:val="28"/>
        </w:rPr>
        <w:t xml:space="preserve">  FRIDAY</w:t>
      </w:r>
      <w:r w:rsidR="008E4EE0">
        <w:rPr>
          <w:rFonts w:ascii="Roboto Condensed" w:hAnsi="Roboto Condensed"/>
          <w:b/>
          <w:color w:val="000000"/>
          <w:sz w:val="24"/>
          <w:szCs w:val="28"/>
        </w:rPr>
        <w:t>S</w:t>
      </w:r>
      <w:r w:rsidRPr="008E4EE0">
        <w:rPr>
          <w:rFonts w:ascii="Roboto Condensed" w:hAnsi="Roboto Condensed"/>
          <w:b/>
          <w:color w:val="000000"/>
          <w:sz w:val="24"/>
          <w:szCs w:val="28"/>
        </w:rPr>
        <w:t xml:space="preserve">  </w:t>
      </w:r>
    </w:p>
    <w:p w14:paraId="01DBEC32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Biomedical Engineering: 9:25am–11:25am</w:t>
      </w:r>
    </w:p>
    <w:p w14:paraId="6D00F86D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Civil Engineering: 10:00am–11:25am</w:t>
      </w:r>
    </w:p>
    <w:p w14:paraId="59476BA1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Computer Science and Engineering: 9:25am–10:25am and 1:00pm–2:00pm</w:t>
      </w:r>
    </w:p>
    <w:p w14:paraId="23F8DDFA" w14:textId="77777777" w:rsidR="0033537E" w:rsidRPr="008E4EE0" w:rsidRDefault="002B3C16" w:rsidP="008E4EE0">
      <w:pPr>
        <w:spacing w:after="6" w:line="269" w:lineRule="auto"/>
        <w:ind w:left="317" w:hanging="202"/>
        <w:rPr>
          <w:sz w:val="24"/>
          <w:szCs w:val="28"/>
        </w:rPr>
      </w:pPr>
      <w:r w:rsidRPr="008E4EE0">
        <w:rPr>
          <w:color w:val="000000"/>
          <w:sz w:val="24"/>
          <w:szCs w:val="28"/>
        </w:rPr>
        <w:t>•  Industrial Engineering: 11:00am–12:00pm</w:t>
      </w:r>
    </w:p>
    <w:p w14:paraId="1D68752C" w14:textId="77777777" w:rsidR="0033537E" w:rsidRPr="008E4EE0" w:rsidRDefault="002B3C16" w:rsidP="008E4EE0">
      <w:pPr>
        <w:spacing w:after="6" w:line="269" w:lineRule="auto"/>
        <w:ind w:left="317" w:hanging="202"/>
        <w:rPr>
          <w:color w:val="000000"/>
          <w:sz w:val="24"/>
          <w:szCs w:val="28"/>
        </w:rPr>
      </w:pPr>
      <w:r w:rsidRPr="008E4EE0">
        <w:rPr>
          <w:color w:val="000000"/>
          <w:sz w:val="24"/>
          <w:szCs w:val="28"/>
        </w:rPr>
        <w:t>•  Mechanical Engineering: 9:00am–11:00am, 12:30pm–1:25pm, and 2:00pm–3:00pm</w:t>
      </w:r>
    </w:p>
    <w:sectPr w:rsidR="0033537E" w:rsidRPr="008E4EE0" w:rsidSect="00034616">
      <w:headerReference w:type="default" r:id="rId11"/>
      <w:footerReference w:type="default" r:id="rId12"/>
      <w:pgSz w:w="12240" w:h="15840"/>
      <w:pgMar w:top="1037" w:right="893" w:bottom="792" w:left="893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5EE4A" w14:textId="77777777" w:rsidR="00384263" w:rsidRDefault="00384263">
      <w:r>
        <w:separator/>
      </w:r>
    </w:p>
  </w:endnote>
  <w:endnote w:type="continuationSeparator" w:id="0">
    <w:p w14:paraId="7BF73EB2" w14:textId="77777777" w:rsidR="00384263" w:rsidRDefault="0038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83F7F" w14:textId="77777777" w:rsidR="004E318F" w:rsidRDefault="004E318F">
    <w:pPr>
      <w:pStyle w:val="Footer"/>
    </w:pPr>
  </w:p>
  <w:tbl>
    <w:tblPr>
      <w:tblW w:w="0" w:type="auto"/>
      <w:jc w:val="center"/>
      <w:tblBorders>
        <w:top w:val="single" w:sz="12" w:space="0" w:color="FFCD00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220"/>
      <w:gridCol w:w="5220"/>
    </w:tblGrid>
    <w:tr w:rsidR="004E318F" w14:paraId="0C87DEA0" w14:textId="77777777">
      <w:trPr>
        <w:jc w:val="center"/>
      </w:trPr>
      <w:tc>
        <w:tcPr>
          <w:tcW w:w="5220" w:type="dxa"/>
          <w:tcMar>
            <w:top w:w="70" w:type="dxa"/>
            <w:left w:w="0" w:type="dxa"/>
            <w:bottom w:w="10" w:type="dxa"/>
            <w:right w:w="0" w:type="dxa"/>
          </w:tcMar>
        </w:tcPr>
        <w:p w14:paraId="7968BA7C" w14:textId="77777777" w:rsidR="004E318F" w:rsidRDefault="004E318F">
          <w:r>
            <w:rPr>
              <w:color w:val="63666A"/>
              <w:sz w:val="16"/>
            </w:rPr>
            <w:t xml:space="preserve">College of </w:t>
          </w:r>
          <w:proofErr w:type="gramStart"/>
          <w:r>
            <w:rPr>
              <w:color w:val="63666A"/>
              <w:sz w:val="16"/>
            </w:rPr>
            <w:t>Engineering  |</w:t>
          </w:r>
          <w:proofErr w:type="gramEnd"/>
          <w:r>
            <w:rPr>
              <w:color w:val="63666A"/>
              <w:sz w:val="16"/>
            </w:rPr>
            <w:t xml:space="preserve">  Peer Advising</w:t>
          </w:r>
        </w:p>
      </w:tc>
      <w:tc>
        <w:tcPr>
          <w:tcW w:w="5220" w:type="dxa"/>
          <w:tcMar>
            <w:top w:w="70" w:type="dxa"/>
            <w:left w:w="0" w:type="dxa"/>
            <w:bottom w:w="10" w:type="dxa"/>
            <w:right w:w="0" w:type="dxa"/>
          </w:tcMar>
        </w:tcPr>
        <w:p w14:paraId="41C70E99" w14:textId="77777777" w:rsidR="004E318F" w:rsidRDefault="004E318F">
          <w:pPr>
            <w:jc w:val="right"/>
          </w:pPr>
          <w:r>
            <w:rPr>
              <w:color w:val="63666A"/>
              <w:sz w:val="16"/>
            </w:rPr>
            <w:t xml:space="preserve">Fall </w:t>
          </w:r>
          <w:proofErr w:type="gramStart"/>
          <w:r>
            <w:rPr>
              <w:color w:val="63666A"/>
              <w:sz w:val="16"/>
            </w:rPr>
            <w:t>2026  •</w:t>
          </w:r>
          <w:proofErr w:type="gramEnd"/>
          <w:r>
            <w:rPr>
              <w:color w:val="63666A"/>
              <w:sz w:val="16"/>
            </w:rPr>
            <w:t xml:space="preserve">  Page </w:t>
          </w:r>
          <w:r>
            <w:rPr>
              <w:color w:val="63666A"/>
              <w:sz w:val="16"/>
            </w:rPr>
            <w:fldChar w:fldCharType="begin"/>
          </w:r>
          <w:r>
            <w:rPr>
              <w:color w:val="63666A"/>
              <w:sz w:val="16"/>
            </w:rPr>
            <w:instrText xml:space="preserve"> PAGE </w:instrText>
          </w:r>
          <w:r>
            <w:rPr>
              <w:color w:val="63666A"/>
              <w:sz w:val="16"/>
            </w:rPr>
            <w:fldChar w:fldCharType="separate"/>
          </w:r>
          <w:r>
            <w:rPr>
              <w:noProof/>
              <w:color w:val="63666A"/>
              <w:sz w:val="16"/>
            </w:rPr>
            <w:t>1</w:t>
          </w:r>
          <w:r>
            <w:rPr>
              <w:color w:val="63666A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A3B1B" w14:textId="77777777" w:rsidR="00384263" w:rsidRDefault="00384263">
      <w:r>
        <w:separator/>
      </w:r>
    </w:p>
  </w:footnote>
  <w:footnote w:type="continuationSeparator" w:id="0">
    <w:p w14:paraId="3F4F8BE8" w14:textId="77777777" w:rsidR="00384263" w:rsidRDefault="00384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0416" w14:textId="77777777" w:rsidR="004E318F" w:rsidRDefault="004E318F">
    <w:pPr>
      <w:pStyle w:val="Header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5220"/>
      <w:gridCol w:w="5220"/>
    </w:tblGrid>
    <w:tr w:rsidR="004E318F" w14:paraId="5919C94D" w14:textId="77777777">
      <w:trPr>
        <w:jc w:val="center"/>
      </w:trPr>
      <w:tc>
        <w:tcPr>
          <w:tcW w:w="5220" w:type="dxa"/>
          <w:shd w:val="clear" w:color="auto" w:fill="000000"/>
          <w:tcMar>
            <w:top w:w="70" w:type="dxa"/>
            <w:left w:w="110" w:type="dxa"/>
            <w:bottom w:w="70" w:type="dxa"/>
            <w:right w:w="110" w:type="dxa"/>
          </w:tcMar>
          <w:vAlign w:val="center"/>
        </w:tcPr>
        <w:p w14:paraId="330D9D21" w14:textId="77777777" w:rsidR="004E318F" w:rsidRDefault="004E318F">
          <w:r>
            <w:rPr>
              <w:rFonts w:ascii="Roboto Condensed" w:hAnsi="Roboto Condensed"/>
              <w:b/>
              <w:color w:val="FFFFFF"/>
              <w:sz w:val="21"/>
            </w:rPr>
            <w:t>COLLEGE OF ENGINEERING</w:t>
          </w:r>
        </w:p>
      </w:tc>
      <w:tc>
        <w:tcPr>
          <w:tcW w:w="5220" w:type="dxa"/>
          <w:shd w:val="clear" w:color="auto" w:fill="000000"/>
          <w:tcMar>
            <w:top w:w="70" w:type="dxa"/>
            <w:left w:w="110" w:type="dxa"/>
            <w:bottom w:w="70" w:type="dxa"/>
            <w:right w:w="110" w:type="dxa"/>
          </w:tcMar>
          <w:vAlign w:val="center"/>
        </w:tcPr>
        <w:p w14:paraId="2C51CC5D" w14:textId="77777777" w:rsidR="004E318F" w:rsidRDefault="004E318F">
          <w:pPr>
            <w:jc w:val="right"/>
          </w:pPr>
          <w:r>
            <w:rPr>
              <w:b/>
              <w:color w:val="FFCD00"/>
              <w:sz w:val="18"/>
            </w:rPr>
            <w:t>UNIVERSITY OF IOWA</w:t>
          </w:r>
        </w:p>
      </w:tc>
    </w:tr>
    <w:tr w:rsidR="004E318F" w14:paraId="33454B15" w14:textId="77777777">
      <w:trPr>
        <w:trHeight w:hRule="exact" w:val="79"/>
        <w:jc w:val="center"/>
      </w:trPr>
      <w:tc>
        <w:tcPr>
          <w:tcW w:w="5220" w:type="dxa"/>
          <w:shd w:val="clear" w:color="auto" w:fill="FFCD00"/>
          <w:tcMar>
            <w:top w:w="0" w:type="dxa"/>
            <w:left w:w="0" w:type="dxa"/>
            <w:bottom w:w="0" w:type="dxa"/>
            <w:right w:w="0" w:type="dxa"/>
          </w:tcMar>
        </w:tcPr>
        <w:p w14:paraId="4D4C6DAE" w14:textId="77777777" w:rsidR="004E318F" w:rsidRDefault="004E318F"/>
      </w:tc>
      <w:tc>
        <w:tcPr>
          <w:tcW w:w="5220" w:type="dxa"/>
          <w:shd w:val="clear" w:color="auto" w:fill="FFCD00"/>
          <w:tcMar>
            <w:top w:w="0" w:type="dxa"/>
            <w:left w:w="0" w:type="dxa"/>
            <w:bottom w:w="0" w:type="dxa"/>
            <w:right w:w="0" w:type="dxa"/>
          </w:tcMar>
        </w:tcPr>
        <w:p w14:paraId="08189CD5" w14:textId="77777777" w:rsidR="004E318F" w:rsidRDefault="004E318F"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013DF8"/>
    <w:multiLevelType w:val="hybridMultilevel"/>
    <w:tmpl w:val="4B1A815A"/>
    <w:lvl w:ilvl="0" w:tplc="04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 w16cid:durableId="1245146377">
    <w:abstractNumId w:val="6"/>
  </w:num>
  <w:num w:numId="2" w16cid:durableId="1439254506">
    <w:abstractNumId w:val="1"/>
  </w:num>
  <w:num w:numId="3" w16cid:durableId="1528442593">
    <w:abstractNumId w:val="3"/>
  </w:num>
  <w:num w:numId="4" w16cid:durableId="1687056234">
    <w:abstractNumId w:val="0"/>
  </w:num>
  <w:num w:numId="5" w16cid:durableId="1722828089">
    <w:abstractNumId w:val="8"/>
  </w:num>
  <w:num w:numId="6" w16cid:durableId="317342526">
    <w:abstractNumId w:val="7"/>
  </w:num>
  <w:num w:numId="7" w16cid:durableId="429473396">
    <w:abstractNumId w:val="4"/>
  </w:num>
  <w:num w:numId="8" w16cid:durableId="784615179">
    <w:abstractNumId w:val="2"/>
  </w:num>
  <w:num w:numId="9" w16cid:durableId="791823045">
    <w:abstractNumId w:val="5"/>
  </w:num>
  <w:num w:numId="10" w16cid:durableId="17491857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2A9"/>
    <w:rsid w:val="000C6D9D"/>
    <w:rsid w:val="0015074B"/>
    <w:rsid w:val="00155087"/>
    <w:rsid w:val="0029639D"/>
    <w:rsid w:val="002A22E7"/>
    <w:rsid w:val="002B3C16"/>
    <w:rsid w:val="00326F90"/>
    <w:rsid w:val="0033537E"/>
    <w:rsid w:val="00384263"/>
    <w:rsid w:val="003E0A7F"/>
    <w:rsid w:val="004C4A28"/>
    <w:rsid w:val="004E318F"/>
    <w:rsid w:val="00530E53"/>
    <w:rsid w:val="00631AC9"/>
    <w:rsid w:val="007D634F"/>
    <w:rsid w:val="00845376"/>
    <w:rsid w:val="008E4EE0"/>
    <w:rsid w:val="008F5260"/>
    <w:rsid w:val="00A77AC7"/>
    <w:rsid w:val="00AA1D8D"/>
    <w:rsid w:val="00B05BC5"/>
    <w:rsid w:val="00B151CE"/>
    <w:rsid w:val="00B47730"/>
    <w:rsid w:val="00C11928"/>
    <w:rsid w:val="00CB0664"/>
    <w:rsid w:val="00D07725"/>
    <w:rsid w:val="00D476DD"/>
    <w:rsid w:val="00D64A9D"/>
    <w:rsid w:val="00DA0E28"/>
    <w:rsid w:val="00DD11F7"/>
    <w:rsid w:val="00E91776"/>
    <w:rsid w:val="00EF08F6"/>
    <w:rsid w:val="00FB16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39F849"/>
  <w14:defaultImageDpi w14:val="300"/>
  <w15:docId w15:val="{92B54EA6-4337-4FFF-8239-D8500E88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Roboto" w:hAnsi="Roboto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cf479b-7f95-49b0-a5df-d9d9b6d74a8c">
      <Terms xmlns="http://schemas.microsoft.com/office/infopath/2007/PartnerControls"/>
    </lcf76f155ced4ddcb4097134ff3c332f>
    <TaxCatchAll xmlns="4684c63e-65de-4dc3-84b1-d23dafb2c54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EC69E6DD86754EA85C9AF47C18131E" ma:contentTypeVersion="18" ma:contentTypeDescription="Create a new document." ma:contentTypeScope="" ma:versionID="d0f0bd64714faa8cd3b02b79cf7df5e1">
  <xsd:schema xmlns:xsd="http://www.w3.org/2001/XMLSchema" xmlns:xs="http://www.w3.org/2001/XMLSchema" xmlns:p="http://schemas.microsoft.com/office/2006/metadata/properties" xmlns:ns2="66cf479b-7f95-49b0-a5df-d9d9b6d74a8c" xmlns:ns3="4684c63e-65de-4dc3-84b1-d23dafb2c548" targetNamespace="http://schemas.microsoft.com/office/2006/metadata/properties" ma:root="true" ma:fieldsID="0e197359f495d1e2dfb4017934bd7c17" ns2:_="" ns3:_="">
    <xsd:import namespace="66cf479b-7f95-49b0-a5df-d9d9b6d74a8c"/>
    <xsd:import namespace="4684c63e-65de-4dc3-84b1-d23dafb2c5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f479b-7f95-49b0-a5df-d9d9b6d74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af9f51b-2984-4022-8acc-3c23a99e8b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84c63e-65de-4dc3-84b1-d23dafb2c54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9026ff7-22a8-42a0-8f81-63e01149e776}" ma:internalName="TaxCatchAll" ma:showField="CatchAllData" ma:web="4684c63e-65de-4dc3-84b1-d23dafb2c5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7DD29F-4D91-4B2E-9783-667C348BC0CF}">
  <ds:schemaRefs>
    <ds:schemaRef ds:uri="http://schemas.microsoft.com/office/2006/metadata/properties"/>
    <ds:schemaRef ds:uri="http://schemas.microsoft.com/office/infopath/2007/PartnerControls"/>
    <ds:schemaRef ds:uri="66cf479b-7f95-49b0-a5df-d9d9b6d74a8c"/>
    <ds:schemaRef ds:uri="4684c63e-65de-4dc3-84b1-d23dafb2c548"/>
  </ds:schemaRefs>
</ds:datastoreItem>
</file>

<file path=customXml/itemProps3.xml><?xml version="1.0" encoding="utf-8"?>
<ds:datastoreItem xmlns:ds="http://schemas.openxmlformats.org/officeDocument/2006/customXml" ds:itemID="{A24E469B-0511-4C8E-8E58-91E96F1ED2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4423CE-B95F-4D4B-988B-DA8025C560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cf479b-7f95-49b0-a5df-d9d9b6d74a8c"/>
    <ds:schemaRef ds:uri="4684c63e-65de-4dc3-84b1-d23dafb2c5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2026 Peer Advisor Schedule by Day</dc:title>
  <dc:subject>University of Iowa College of Engineering peer advisor schedule</dc:subject>
  <dc:creator>python-docx</dc:creator>
  <cp:keywords/>
  <dc:description>generated by python-docx</dc:description>
  <cp:lastModifiedBy>Atcher, Josh R</cp:lastModifiedBy>
  <cp:revision>16</cp:revision>
  <dcterms:created xsi:type="dcterms:W3CDTF">2026-08-25T15:54:00Z</dcterms:created>
  <dcterms:modified xsi:type="dcterms:W3CDTF">2026-09-08T17:46:00Z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0x010100A6EC69E6DD86754EA85C9AF47C18131E</vt:lpwstr>
  </property>
  <property fmtid="{D5CDD505-2E9C-101B-9397-08002B2CF9AE}" pid="3" name="MediaServiceImageTags">
    <vt:lpwstr/>
  </property>
</Properties>
</file>